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6585" w:rsidRDefault="00846585"/>
    <w:p w:rsidR="00846585" w:rsidRDefault="00000000">
      <w:pPr>
        <w:jc w:val="right"/>
      </w:pPr>
      <w:r>
        <w:t>ДО ОБЩОТО СЪБРАНИЕ НА</w:t>
      </w:r>
      <w:r>
        <w:br/>
        <w:t>Сдружение УН към 163 ОУ</w:t>
      </w:r>
      <w:r>
        <w:br/>
        <w:t>„ЧЕРНОРИЗЕЦ ХРАБЪР“</w:t>
      </w:r>
    </w:p>
    <w:p w:rsidR="00846585" w:rsidRDefault="00846585"/>
    <w:p w:rsidR="00846585" w:rsidRDefault="00000000">
      <w:pPr>
        <w:jc w:val="center"/>
      </w:pPr>
      <w:r>
        <w:rPr>
          <w:b/>
        </w:rPr>
        <w:t>Пълномощно</w:t>
      </w:r>
    </w:p>
    <w:p w:rsidR="00846585" w:rsidRDefault="00846585"/>
    <w:p w:rsidR="00846585" w:rsidRPr="00511C9E" w:rsidRDefault="00000000">
      <w:pPr>
        <w:rPr>
          <w:lang w:val="bg-BG"/>
        </w:rPr>
      </w:pPr>
      <w:proofErr w:type="spellStart"/>
      <w:r>
        <w:t>Относно</w:t>
      </w:r>
      <w:proofErr w:type="spellEnd"/>
      <w:r>
        <w:t xml:space="preserve">: </w:t>
      </w:r>
      <w:r w:rsidR="00511C9E">
        <w:rPr>
          <w:lang w:val="bg-BG"/>
        </w:rPr>
        <w:t xml:space="preserve">Общо събрание на УН към 163.ОУ </w:t>
      </w:r>
      <w:r w:rsidR="00511C9E">
        <w:t>„</w:t>
      </w:r>
      <w:proofErr w:type="spellStart"/>
      <w:r w:rsidR="00511C9E">
        <w:t>Черноризец</w:t>
      </w:r>
      <w:proofErr w:type="spellEnd"/>
      <w:r w:rsidR="00511C9E">
        <w:t xml:space="preserve"> </w:t>
      </w:r>
      <w:proofErr w:type="spellStart"/>
      <w:proofErr w:type="gramStart"/>
      <w:r w:rsidR="00511C9E">
        <w:t>Храбър</w:t>
      </w:r>
      <w:proofErr w:type="spellEnd"/>
      <w:r w:rsidR="00511C9E">
        <w:t xml:space="preserve">“ </w:t>
      </w:r>
      <w:r w:rsidR="00511C9E">
        <w:rPr>
          <w:lang w:val="bg-BG"/>
        </w:rPr>
        <w:t>на</w:t>
      </w:r>
      <w:proofErr w:type="gramEnd"/>
      <w:r w:rsidR="00511C9E">
        <w:rPr>
          <w:lang w:val="bg-BG"/>
        </w:rPr>
        <w:t xml:space="preserve"> ………………..г.</w:t>
      </w:r>
    </w:p>
    <w:p w:rsidR="00846585" w:rsidRDefault="00846585"/>
    <w:p w:rsidR="00846585" w:rsidRPr="00511C9E" w:rsidRDefault="00000000">
      <w:pPr>
        <w:rPr>
          <w:lang w:val="bg-BG"/>
        </w:rPr>
      </w:pPr>
      <w:proofErr w:type="spellStart"/>
      <w:r>
        <w:t>Долуподписаната</w:t>
      </w:r>
      <w:proofErr w:type="spellEnd"/>
      <w:r>
        <w:t xml:space="preserve"> </w:t>
      </w:r>
      <w:r w:rsidR="00646731">
        <w:rPr>
          <w:lang w:val="bg-BG"/>
        </w:rPr>
        <w:t>………………………………………………………………………………….……….</w:t>
      </w:r>
      <w:r>
        <w:t xml:space="preserve"> </w:t>
      </w:r>
      <w:proofErr w:type="spellStart"/>
      <w:r>
        <w:t>упълномощавам</w:t>
      </w:r>
      <w:proofErr w:type="spellEnd"/>
      <w:r>
        <w:t xml:space="preserve"> </w:t>
      </w:r>
      <w:r w:rsidR="00511C9E">
        <w:rPr>
          <w:lang w:val="bg-BG"/>
        </w:rPr>
        <w:t>…………………………………………………………………………………………</w:t>
      </w:r>
      <w:proofErr w:type="gramStart"/>
      <w:r w:rsidR="00511C9E">
        <w:rPr>
          <w:lang w:val="bg-BG"/>
        </w:rPr>
        <w:t>…..</w:t>
      </w:r>
      <w:proofErr w:type="gram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ме</w:t>
      </w:r>
      <w:proofErr w:type="spellEnd"/>
      <w:r>
        <w:t xml:space="preserve"> </w:t>
      </w:r>
      <w:proofErr w:type="spellStart"/>
      <w:r>
        <w:t>представлява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време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гласуване</w:t>
      </w:r>
      <w:proofErr w:type="spellEnd"/>
      <w:r>
        <w:t xml:space="preserve"> и </w:t>
      </w:r>
      <w:proofErr w:type="spellStart"/>
      <w:r>
        <w:t>вземане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решения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r w:rsidR="00511C9E">
        <w:rPr>
          <w:lang w:val="bg-BG"/>
        </w:rPr>
        <w:t>ОС на</w:t>
      </w:r>
      <w:r>
        <w:t xml:space="preserve"> УН </w:t>
      </w:r>
      <w:proofErr w:type="spellStart"/>
      <w:r>
        <w:t>към</w:t>
      </w:r>
      <w:proofErr w:type="spellEnd"/>
      <w:r>
        <w:t xml:space="preserve"> 163 ОУ „</w:t>
      </w:r>
      <w:proofErr w:type="spellStart"/>
      <w:r>
        <w:t>Черноризец</w:t>
      </w:r>
      <w:proofErr w:type="spellEnd"/>
      <w:r>
        <w:t xml:space="preserve"> </w:t>
      </w:r>
      <w:proofErr w:type="spellStart"/>
      <w:proofErr w:type="gramStart"/>
      <w:r>
        <w:t>Храбър</w:t>
      </w:r>
      <w:proofErr w:type="spellEnd"/>
      <w:r>
        <w:t xml:space="preserve">“ </w:t>
      </w:r>
      <w:proofErr w:type="spellStart"/>
      <w:r>
        <w:t>на</w:t>
      </w:r>
      <w:proofErr w:type="spellEnd"/>
      <w:proofErr w:type="gramEnd"/>
      <w:r>
        <w:t xml:space="preserve"> </w:t>
      </w:r>
      <w:r w:rsidR="00511C9E">
        <w:rPr>
          <w:lang w:val="bg-BG"/>
        </w:rPr>
        <w:t>………………..г.</w:t>
      </w:r>
    </w:p>
    <w:p w:rsidR="00846585" w:rsidRDefault="00846585"/>
    <w:p w:rsidR="00846585" w:rsidRPr="00511C9E" w:rsidRDefault="00000000">
      <w:pPr>
        <w:rPr>
          <w:lang w:val="bg-BG"/>
        </w:rPr>
      </w:pPr>
      <w:proofErr w:type="spellStart"/>
      <w:r>
        <w:t>Причина</w:t>
      </w:r>
      <w:proofErr w:type="spellEnd"/>
      <w:r>
        <w:t xml:space="preserve">: </w:t>
      </w:r>
      <w:r w:rsidR="00511C9E">
        <w:rPr>
          <w:lang w:val="bg-BG"/>
        </w:rPr>
        <w:t>………………………………………………………….</w:t>
      </w:r>
    </w:p>
    <w:p w:rsidR="00846585" w:rsidRDefault="00000000">
      <w:r>
        <w:br/>
      </w:r>
    </w:p>
    <w:p w:rsidR="00846585" w:rsidRPr="00646731" w:rsidRDefault="00000000">
      <w:pPr>
        <w:rPr>
          <w:lang w:val="bg-BG"/>
        </w:rPr>
      </w:pPr>
      <w:proofErr w:type="spellStart"/>
      <w:r>
        <w:t>Дата</w:t>
      </w:r>
      <w:proofErr w:type="spellEnd"/>
      <w:r>
        <w:t xml:space="preserve">: </w:t>
      </w:r>
      <w:r w:rsidR="00511C9E">
        <w:rPr>
          <w:lang w:val="bg-BG"/>
        </w:rPr>
        <w:t>……………………………………</w:t>
      </w:r>
      <w:proofErr w:type="gramStart"/>
      <w:r w:rsidR="00511C9E">
        <w:rPr>
          <w:lang w:val="bg-BG"/>
        </w:rPr>
        <w:t>…..</w:t>
      </w:r>
      <w:proofErr w:type="gramEnd"/>
      <w:r>
        <w:t xml:space="preserve"> г.</w:t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rPr>
          <w:lang w:val="bg-BG"/>
        </w:rPr>
        <w:t>Подпис:</w:t>
      </w:r>
    </w:p>
    <w:p w:rsidR="00846585" w:rsidRPr="00646731" w:rsidRDefault="00000000">
      <w:pPr>
        <w:rPr>
          <w:lang w:val="bg-BG"/>
        </w:rPr>
      </w:pPr>
      <w:proofErr w:type="spellStart"/>
      <w:r>
        <w:t>гр</w:t>
      </w:r>
      <w:proofErr w:type="spellEnd"/>
      <w:r>
        <w:t xml:space="preserve">. </w:t>
      </w:r>
      <w:proofErr w:type="spellStart"/>
      <w:r>
        <w:t>София</w:t>
      </w:r>
      <w:proofErr w:type="spellEnd"/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tab/>
      </w:r>
      <w:r w:rsidR="00646731">
        <w:rPr>
          <w:lang w:val="bg-BG"/>
        </w:rPr>
        <w:t>/три имена/</w:t>
      </w:r>
    </w:p>
    <w:sectPr w:rsidR="00846585" w:rsidRPr="00646731" w:rsidSect="007F4C7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1402113">
    <w:abstractNumId w:val="8"/>
  </w:num>
  <w:num w:numId="2" w16cid:durableId="789975689">
    <w:abstractNumId w:val="6"/>
  </w:num>
  <w:num w:numId="3" w16cid:durableId="1113205741">
    <w:abstractNumId w:val="5"/>
  </w:num>
  <w:num w:numId="4" w16cid:durableId="238753422">
    <w:abstractNumId w:val="4"/>
  </w:num>
  <w:num w:numId="5" w16cid:durableId="470051451">
    <w:abstractNumId w:val="7"/>
  </w:num>
  <w:num w:numId="6" w16cid:durableId="1399860522">
    <w:abstractNumId w:val="3"/>
  </w:num>
  <w:num w:numId="7" w16cid:durableId="841310720">
    <w:abstractNumId w:val="2"/>
  </w:num>
  <w:num w:numId="8" w16cid:durableId="1786121609">
    <w:abstractNumId w:val="1"/>
  </w:num>
  <w:num w:numId="9" w16cid:durableId="961426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11C9E"/>
    <w:rsid w:val="00646731"/>
    <w:rsid w:val="007F4C78"/>
    <w:rsid w:val="0084658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14E5AB"/>
  <w14:defaultImageDpi w14:val="300"/>
  <w15:docId w15:val="{BA1063BB-6BBD-1444-B4AE-EB94D4CF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</cp:lastModifiedBy>
  <cp:revision>2</cp:revision>
  <dcterms:created xsi:type="dcterms:W3CDTF">2026-04-21T06:54:00Z</dcterms:created>
  <dcterms:modified xsi:type="dcterms:W3CDTF">2026-04-21T06:54:00Z</dcterms:modified>
  <cp:category/>
</cp:coreProperties>
</file>